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济南　｜　编号 hitech-JN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7 个（8456,8471,8517,8525,8526,8542,9027）</w:t>
      </w:r>
    </w:p>
    <w:p>
      <w:r>
        <w:rPr>
          <w:b/>
        </w:rPr>
        <w:t>最新年度中国出口额：</w:t>
      </w:r>
      <w:r>
        <w:t>6623.90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7184.22 亿美元 / 207 国；2023 年 6647.29 亿美元 / 208 国；2024 年 6623.90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1330.56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922.88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329.85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279.95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276.48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276.37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155 条（status≠closed）</w:t>
      </w:r>
    </w:p>
    <w:p>
      <w:r>
        <w:rPr>
          <w:b/>
        </w:rPr>
        <w:t>exact/near 撮合：</w:t>
      </w:r>
      <w:r>
        <w:t>319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济南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155 条）</w:t>
      </w:r>
    </w:p>
    <w:p>
      <w:r>
        <w:t>4. 撮合记录与对接建议（exact/near 319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