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德州　｜　编号 hitech-DZ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德州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