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淄博　｜　编号 heritage-ZB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4 个（6914,7018,7116,9703）</w:t>
      </w:r>
    </w:p>
    <w:p>
      <w:r>
        <w:rPr>
          <w:b/>
        </w:rPr>
        <w:t>最新年度中国出口额：</w:t>
      </w:r>
      <w:r>
        <w:t>24.75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23.75 亿美元 / 195 国；2023 年 21.66 亿美元 / 192 国；2024 年 24.75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7.01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1.98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1.53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1.10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1.02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0.78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淄博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