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烟台　｜　编号 heritage-YT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个（6802,6913）</w:t>
      </w:r>
    </w:p>
    <w:p>
      <w:r>
        <w:rPr>
          <w:b/>
        </w:rPr>
        <w:t>最新年度中国出口额：</w:t>
      </w:r>
      <w:r>
        <w:t>50.84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51.07 亿美元 / 198 国；2023 年 40.66 亿美元 / 196 国；2024 年 50.84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12.36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8.14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3.20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2.31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1.95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1.61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烟台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