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潍坊　｜　编号 heritage-WF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4 个（4911,6913,9505,9703）</w:t>
      </w:r>
    </w:p>
    <w:p>
      <w:r>
        <w:rPr>
          <w:b/>
        </w:rPr>
        <w:t>最新年度中国出口额：</w:t>
      </w:r>
      <w:r>
        <w:t>121.01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136.95 亿美元 / 205 国；2023 年 112.10 亿美元 / 202 国；2024 年 121.01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60.35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5.42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4.47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4.03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3.72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2.87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潍坊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