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临沂　｜　编号 heritage-LY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个（4420,4602,9503）</w:t>
      </w:r>
    </w:p>
    <w:p>
      <w:r>
        <w:rPr>
          <w:b/>
        </w:rPr>
        <w:t>最新年度中国出口额：</w:t>
      </w:r>
      <w:r>
        <w:t>427.40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495.22 亿美元 / 205 国；2023 年 416.40 亿美元 / 209 国；2024 年 427.40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144.75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22.85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19.69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17.60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15.65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12.14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临沂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