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非遗与手造 × 聊城　｜　编号 heritage-LC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个（4420,9602,9703）</w:t>
      </w:r>
    </w:p>
    <w:p>
      <w:r>
        <w:rPr>
          <w:b/>
        </w:rPr>
        <w:t>最新年度中国出口额：</w:t>
      </w:r>
      <w:r>
        <w:t>15.60 亿美元（全国口径，非本市出口）</w:t>
      </w:r>
    </w:p>
    <w:p>
      <w:r>
        <w:rPr>
          <w:b/>
        </w:rPr>
        <w:t>贸易伙伴国别：</w:t>
      </w:r>
      <w:r>
        <w:t>177</w:t>
      </w:r>
    </w:p>
    <w:p>
      <w:r>
        <w:t>三年趋势：2022 年 20.21 亿美元 / 178 国；2023 年 15.64 亿美元 / 182 国；2024 年 15.60 亿美元 / 177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5.54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1.08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0.90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0.74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0.71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0.70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山东非遗的特点是可产业化：潍坊风筝、杨家埠年画、淄博陶瓷琉璃、鲁绣、柳编、草编、黑陶、鲁班锁。这些品类单价不高但文化溢价强，适合做礼品与文创渠道。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《非遗与手造 × 聊城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