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济南　｜　编号 heritage-JN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2 个（6914,7323）</w:t>
      </w:r>
    </w:p>
    <w:p>
      <w:r>
        <w:rPr>
          <w:b/>
        </w:rPr>
        <w:t>最新年度中国出口额：</w:t>
      </w:r>
      <w:r>
        <w:t>115.06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119.72 亿美元 / 206 国；2023 年 102.94 亿美元 / 204 国；2024 年 115.06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5.58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4.06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3.44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济南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