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菏泽　｜　编号 heritage-HZ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个（4602,5806,6703）</w:t>
      </w:r>
    </w:p>
    <w:p>
      <w:r>
        <w:rPr>
          <w:b/>
        </w:rPr>
        <w:t>最新年度中国出口额：</w:t>
      </w:r>
      <w:r>
        <w:t>29.14 亿美元（全国口径，非本市出口）</w:t>
      </w:r>
    </w:p>
    <w:p>
      <w:r>
        <w:rPr>
          <w:b/>
        </w:rPr>
        <w:t>贸易伙伴国别：</w:t>
      </w:r>
      <w:r>
        <w:t>196</w:t>
      </w:r>
    </w:p>
    <w:p>
      <w:r>
        <w:t>三年趋势：2022 年 29.71 亿美元 / 198 国；2023 年 25.44 亿美元 / 198 国；2024 年 29.14 亿美元 / 196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3.02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2.47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1.74</w:t>
            </w:r>
          </w:p>
        </w:tc>
      </w:tr>
      <w:tr>
        <w:tc>
          <w:tcPr>
            <w:tcW w:type="dxa" w:w="3135"/>
          </w:tcPr>
          <w:p>
            <w:r>
              <w:t>PRK</w:t>
            </w:r>
          </w:p>
        </w:tc>
        <w:tc>
          <w:tcPr>
            <w:tcW w:type="dxa" w:w="3135"/>
          </w:tcPr>
          <w:p>
            <w:r>
              <w:t>Dem. People's Rep. of Korea</w:t>
            </w:r>
          </w:p>
        </w:tc>
        <w:tc>
          <w:tcPr>
            <w:tcW w:type="dxa" w:w="3135"/>
          </w:tcPr>
          <w:p>
            <w:r>
              <w:t>1.73</w:t>
            </w:r>
          </w:p>
        </w:tc>
      </w:tr>
      <w:tr>
        <w:tc>
          <w:tcPr>
            <w:tcW w:type="dxa" w:w="3135"/>
          </w:tcPr>
          <w:p>
            <w:r>
              <w:t>BGD</w:t>
            </w:r>
          </w:p>
        </w:tc>
        <w:tc>
          <w:tcPr>
            <w:tcW w:type="dxa" w:w="3135"/>
          </w:tcPr>
          <w:p>
            <w:r>
              <w:t>Bangladesh</w:t>
            </w:r>
          </w:p>
        </w:tc>
        <w:tc>
          <w:tcPr>
            <w:tcW w:type="dxa" w:w="3135"/>
          </w:tcPr>
          <w:p>
            <w:r>
              <w:t>1.31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1.12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菏泽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