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德州　｜　编号 heritage-DZ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个（4602,4911,6913,6914,7018,7116,9601,9703）</w:t>
      </w:r>
    </w:p>
    <w:p>
      <w:r>
        <w:rPr>
          <w:b/>
        </w:rPr>
        <w:t>最新年度中国出口额：</w:t>
      </w:r>
      <w:r>
        <w:t>63.66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70.00 亿美元 / 203 国；2023 年 56.66 亿美元 / 203 国；2024 年 63.66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18.50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3.15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2.73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2.68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2.67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2.57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德州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