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淄博　｜　编号 healthcare-ZB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个（2941,9018）</w:t>
      </w:r>
    </w:p>
    <w:p>
      <w:r>
        <w:rPr>
          <w:b/>
        </w:rPr>
        <w:t>最新年度中国出口额：</w:t>
      </w:r>
      <w:r>
        <w:t>181.92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172.94 亿美元 / 203 国；2023 年 171.46 亿美元 / 205 国；2024 年 181.92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27.14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18.11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8.96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8.00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7.00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6.58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6 条（status≠closed）</w:t>
      </w:r>
    </w:p>
    <w:p>
      <w:r>
        <w:rPr>
          <w:b/>
        </w:rPr>
        <w:t>exact/near 撮合：</w:t>
      </w:r>
      <w:r>
        <w:t>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6 条）</w:t>
      </w:r>
    </w:p>
    <w:p>
      <w:r>
        <w:t>4. 撮合记录与对接建议（exact/near 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