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烟台　｜　编号 healthcare-YT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烟台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