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日照　｜　编号 healthcare-RZ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日照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