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青岛　｜　编号 healthcare-QD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9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个（2941,8517,9018,9021）</w:t>
      </w:r>
    </w:p>
    <w:p>
      <w:r>
        <w:rPr>
          <w:b/>
        </w:rPr>
        <w:t>最新年度中国出口额：</w:t>
      </w:r>
      <w:r>
        <w:t>3033.99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3326.68 亿美元 / 207 国；2023 年 3393.62 亿美元 / 208 国；2024 年 3033.99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539.28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407.04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190.54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112.99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97.97</w:t>
            </w:r>
          </w:p>
        </w:tc>
      </w:tr>
      <w:tr>
        <w:tc>
          <w:tcPr>
            <w:tcW w:type="dxa" w:w="3135"/>
          </w:tcPr>
          <w:p>
            <w:r>
              <w:t>CZE</w:t>
            </w:r>
          </w:p>
        </w:tc>
        <w:tc>
          <w:tcPr>
            <w:tcW w:type="dxa" w:w="3135"/>
          </w:tcPr>
          <w:p>
            <w:r>
              <w:t>Czechia</w:t>
            </w:r>
          </w:p>
        </w:tc>
        <w:tc>
          <w:tcPr>
            <w:tcW w:type="dxa" w:w="3135"/>
          </w:tcPr>
          <w:p>
            <w:r>
              <w:t>95.43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121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青岛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45 条）</w:t>
      </w:r>
    </w:p>
    <w:p>
      <w:r>
        <w:t>4. 撮合记录与对接建议（exact/near 121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