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康养与银发经济 × 临沂　｜　编号 healthcare-LY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 个（3003）</w:t>
      </w:r>
    </w:p>
    <w:p>
      <w:r>
        <w:rPr>
          <w:b/>
        </w:rPr>
        <w:t>最新年度中国出口额：</w:t>
      </w:r>
      <w:r>
        <w:t>9.96 亿美元（全国口径，非本市出口）</w:t>
      </w:r>
    </w:p>
    <w:p>
      <w:r>
        <w:rPr>
          <w:b/>
        </w:rPr>
        <w:t>贸易伙伴国别：</w:t>
      </w:r>
      <w:r>
        <w:t>141</w:t>
      </w:r>
    </w:p>
    <w:p>
      <w:r>
        <w:t>三年趋势：2022 年 9.38 亿美元 / 134 国；2023 年 9.36 亿美元 / 150 国；2024 年 9.96 亿美元 / 141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1.23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0.93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0.70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0.60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0.46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0.38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康养与银发经济是山东的长期赛道：青岛、威海、烟台的海滨康养，加上温泉、中医药、康复辅具。岱宗做的是「把康养资源变成可预订的产品」，不是卖保健品。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《康养与银发经济 × 临沂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