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德州　｜　编号 healthcare-DZ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个（2941,8517,9018）</w:t>
      </w:r>
    </w:p>
    <w:p>
      <w:r>
        <w:rPr>
          <w:b/>
        </w:rPr>
        <w:t>最新年度中国出口额：</w:t>
      </w:r>
      <w:r>
        <w:t>2992.38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3294.83 亿美元 / 207 国；2023 年 3357.53 亿美元 / 208 国；2024 年 2992.38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529.72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403.34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189.73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108.96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97.56</w:t>
            </w:r>
          </w:p>
        </w:tc>
      </w:tr>
      <w:tr>
        <w:tc>
          <w:tcPr>
            <w:tcW w:type="dxa" w:w="3135"/>
          </w:tcPr>
          <w:p>
            <w:r>
              <w:t>CZE</w:t>
            </w:r>
          </w:p>
        </w:tc>
        <w:tc>
          <w:tcPr>
            <w:tcW w:type="dxa" w:w="3135"/>
          </w:tcPr>
          <w:p>
            <w:r>
              <w:t>Czechia</w:t>
            </w:r>
          </w:p>
        </w:tc>
        <w:tc>
          <w:tcPr>
            <w:tcW w:type="dxa" w:w="3135"/>
          </w:tcPr>
          <w:p>
            <w:r>
              <w:t>95.36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44 条（status≠closed）</w:t>
      </w:r>
    </w:p>
    <w:p>
      <w:r>
        <w:rPr>
          <w:b/>
        </w:rPr>
        <w:t>exact/near 撮合：</w:t>
      </w:r>
      <w:r>
        <w:t>120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德州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44 条）</w:t>
      </w:r>
    </w:p>
    <w:p>
      <w:r>
        <w:t>4. 撮合记录与对接建议（exact/near 120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