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康养与银发经济 × 东营　｜　编号 healthcare-DY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个（2941,8517,9018）</w:t>
      </w:r>
    </w:p>
    <w:p>
      <w:r>
        <w:rPr>
          <w:b/>
        </w:rPr>
        <w:t>最新年度中国出口额：</w:t>
      </w:r>
      <w:r>
        <w:t>2992.38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3294.83 亿美元 / 207 国；2023 年 3357.53 亿美元 / 208 国；2024 年 2992.38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529.72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403.34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189.73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108.96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97.56</w:t>
            </w:r>
          </w:p>
        </w:tc>
      </w:tr>
      <w:tr>
        <w:tc>
          <w:tcPr>
            <w:tcW w:type="dxa" w:w="3135"/>
          </w:tcPr>
          <w:p>
            <w:r>
              <w:t>CZE</w:t>
            </w:r>
          </w:p>
        </w:tc>
        <w:tc>
          <w:tcPr>
            <w:tcW w:type="dxa" w:w="3135"/>
          </w:tcPr>
          <w:p>
            <w:r>
              <w:t>Czechia</w:t>
            </w:r>
          </w:p>
        </w:tc>
        <w:tc>
          <w:tcPr>
            <w:tcW w:type="dxa" w:w="3135"/>
          </w:tcPr>
          <w:p>
            <w:r>
              <w:t>95.36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44 条（status≠closed）</w:t>
      </w:r>
    </w:p>
    <w:p>
      <w:r>
        <w:rPr>
          <w:b/>
        </w:rPr>
        <w:t>exact/near 撮合：</w:t>
      </w:r>
      <w:r>
        <w:t>120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康养与银发经济是山东的长期赛道：青岛、威海、烟台的海滨康养，加上温泉、中医药、康复辅具。岱宗做的是「把康养资源变成可预订的产品」，不是卖保健品。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《康养与银发经济 × 东营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44 条）</w:t>
      </w:r>
    </w:p>
    <w:p>
      <w:r>
        <w:t>4. 撮合记录与对接建议（exact/near 120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