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潍坊　｜　编号 farming-WF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8 个（0203,0207,0306,1209,1602,2309,3002,8436）</w:t>
      </w:r>
    </w:p>
    <w:p>
      <w:r>
        <w:rPr>
          <w:b/>
        </w:rPr>
        <w:t>最新年度中国出口额：</w:t>
      </w:r>
      <w:r>
        <w:t>99.76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138.50 亿美元 / 197 国；2023 年 88.08 亿美元 / 200 国；2024 年 99.76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11.89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11.87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8.96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4.98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4.90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4.01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潍坊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9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