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养殖与水产 × 临沂　｜　编号 farming-LY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4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6 个（0103,0203,0207,1601,2309,8436）</w:t>
      </w:r>
    </w:p>
    <w:p>
      <w:r>
        <w:rPr>
          <w:b/>
        </w:rPr>
        <w:t>最新年度中国出口额：</w:t>
      </w:r>
      <w:r>
        <w:t>59.15 亿美元（全国口径，非本市出口）</w:t>
      </w:r>
    </w:p>
    <w:p>
      <w:r>
        <w:rPr>
          <w:b/>
        </w:rPr>
        <w:t>贸易伙伴国别：</w:t>
      </w:r>
      <w:r>
        <w:t>194</w:t>
      </w:r>
    </w:p>
    <w:p>
      <w:r>
        <w:t>三年趋势：2022 年 54.52 亿美元 / 192 国；2023 年 49.81 亿美元 / 195 国；2024 年 59.15 亿美元 / 194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10.78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3.88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3.49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3.29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2.55</w:t>
            </w:r>
          </w:p>
        </w:tc>
      </w:tr>
      <w:tr>
        <w:tc>
          <w:tcPr>
            <w:tcW w:type="dxa" w:w="3135"/>
          </w:tcPr>
          <w:p>
            <w:r>
              <w:t>NLD</w:t>
            </w:r>
          </w:p>
        </w:tc>
        <w:tc>
          <w:tcPr>
            <w:tcW w:type="dxa" w:w="3135"/>
          </w:tcPr>
          <w:p>
            <w:r>
              <w:t>Netherlands</w:t>
            </w:r>
          </w:p>
        </w:tc>
        <w:tc>
          <w:tcPr>
            <w:tcW w:type="dxa" w:w="3135"/>
          </w:tcPr>
          <w:p>
            <w:r>
              <w:t>1.92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山东的养殖与水产是「陆海双线」：生猪、肉鸡、牛羊在内陆，对虾、鱼类、贝类、海参在沿海。出口以熟制禽肉、水产制品为主，活体与生鲜受检疫限制。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《养殖与水产 × 临沂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