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济宁　｜　编号 farming-JNG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个（0102,0301,0306,0714）</w:t>
      </w:r>
    </w:p>
    <w:p>
      <w:r>
        <w:rPr>
          <w:b/>
        </w:rPr>
        <w:t>最新年度中国出口额：</w:t>
      </w:r>
      <w:r>
        <w:t>18.76 亿美元（全国口径，非本市出口）</w:t>
      </w:r>
    </w:p>
    <w:p>
      <w:r>
        <w:rPr>
          <w:b/>
        </w:rPr>
        <w:t>贸易伙伴国别：</w:t>
      </w:r>
      <w:r>
        <w:t>123</w:t>
      </w:r>
    </w:p>
    <w:p>
      <w:r>
        <w:t>三年趋势：2022 年 19.51 亿美元 / 108 国；2023 年 19.03 亿美元 / 126 国；2024 年 18.76 亿美元 / 123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3.84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3.05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1.14</w:t>
            </w:r>
          </w:p>
        </w:tc>
      </w:tr>
      <w:tr>
        <w:tc>
          <w:tcPr>
            <w:tcW w:type="dxa" w:w="3135"/>
          </w:tcPr>
          <w:p>
            <w:r>
              <w:t>ESP</w:t>
            </w:r>
          </w:p>
        </w:tc>
        <w:tc>
          <w:tcPr>
            <w:tcW w:type="dxa" w:w="3135"/>
          </w:tcPr>
          <w:p>
            <w:r>
              <w:t>Spain</w:t>
            </w:r>
          </w:p>
        </w:tc>
        <w:tc>
          <w:tcPr>
            <w:tcW w:type="dxa" w:w="3135"/>
          </w:tcPr>
          <w:p>
            <w:r>
              <w:t>1.02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济宁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