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济南　｜　编号 farming-JN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个（1209,3002）</w:t>
      </w:r>
    </w:p>
    <w:p>
      <w:r>
        <w:rPr>
          <w:b/>
        </w:rPr>
        <w:t>最新年度中国出口额：</w:t>
      </w:r>
      <w:r>
        <w:t>18.44 亿美元（全国口径，非本市出口）</w:t>
      </w:r>
    </w:p>
    <w:p>
      <w:r>
        <w:rPr>
          <w:b/>
        </w:rPr>
        <w:t>贸易伙伴国别：</w:t>
      </w:r>
      <w:r>
        <w:t>158</w:t>
      </w:r>
    </w:p>
    <w:p>
      <w:r>
        <w:t>三年趋势：2022 年 62.28 亿美元 / 175 国；2023 年 17.66 亿美元 / 166 国；2024 年 18.44 亿美元 / 158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4.40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0.94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0.82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0.76</w:t>
            </w:r>
          </w:p>
        </w:tc>
      </w:tr>
      <w:tr>
        <w:tc>
          <w:tcPr>
            <w:tcW w:type="dxa" w:w="3135"/>
          </w:tcPr>
          <w:p>
            <w:r>
              <w:t>CHE</w:t>
            </w:r>
          </w:p>
        </w:tc>
        <w:tc>
          <w:tcPr>
            <w:tcW w:type="dxa" w:w="3135"/>
          </w:tcPr>
          <w:p>
            <w:r>
              <w:t>Switzerland</w:t>
            </w:r>
          </w:p>
        </w:tc>
        <w:tc>
          <w:tcPr>
            <w:tcW w:type="dxa" w:w="3135"/>
          </w:tcPr>
          <w:p>
            <w:r>
              <w:t>0.73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0.68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济南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9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