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德州　｜　编号 farming-DZ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个（0102,0203,2309）</w:t>
      </w:r>
    </w:p>
    <w:p>
      <w:r>
        <w:rPr>
          <w:b/>
        </w:rPr>
        <w:t>最新年度中国出口额：</w:t>
      </w:r>
      <w:r>
        <w:t>32.81 亿美元（全国口径，非本市出口）</w:t>
      </w:r>
    </w:p>
    <w:p>
      <w:r>
        <w:rPr>
          <w:b/>
        </w:rPr>
        <w:t>贸易伙伴国别：</w:t>
      </w:r>
      <w:r>
        <w:t>152</w:t>
      </w:r>
    </w:p>
    <w:p>
      <w:r>
        <w:t>三年趋势：2022 年 32.64 亿美元 / 146 国；2023 年 28.14 亿美元 / 156 国；2024 年 32.81 亿美元 / 152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3.08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2.81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2.76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1.78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1.56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德州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