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淄博　｜　编号 engineering-ZB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淄博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