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潍坊　｜　编号 engineering-WF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个（7308）</w:t>
      </w:r>
    </w:p>
    <w:p>
      <w:r>
        <w:rPr>
          <w:b/>
        </w:rPr>
        <w:t>最新年度中国出口额：</w:t>
      </w:r>
      <w:r>
        <w:t>198.25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162.30 亿美元 / 204 国；2023 年 181.34 亿美元 / 204 国；2024 年 198.25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18.25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15.99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13.25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10.62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10.57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7.38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165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潍坊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165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