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工程与对外承包 × 青岛　｜　编号 engineering-QD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个（7308）</w:t>
      </w:r>
    </w:p>
    <w:p>
      <w:r>
        <w:rPr>
          <w:b/>
        </w:rPr>
        <w:t>最新年度中国出口额：</w:t>
      </w:r>
      <w:r>
        <w:t>198.25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162.30 亿美元 / 204 国；2023 年 181.34 亿美元 / 204 国；2024 年 198.25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18.25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15.99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13.25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10.62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10.57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7.38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165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山东的对外承包工程集中在电力、房建、交通、水利四类，带动的不是工程本身，而是「设备 + 材料 + 劳务 + 运维」的整包输出。岱宗做的是把工程订单拆成可采购的包。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《工程与对外承包 × 青岛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165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