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德州　｜　编号 engineering-DZ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163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德州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163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