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东营　｜　编号 engineering-DY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171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东营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171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