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滨州　｜　编号 engineering-BZ　｜　就绪分 33（C）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滨州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