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枣庄　｜　编号 ecom-ZZ　｜　就绪分 41（C）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2 个（6204,6704）</w:t>
      </w:r>
    </w:p>
    <w:p>
      <w:r>
        <w:rPr>
          <w:b/>
        </w:rPr>
        <w:t>最新年度中国出口额：</w:t>
      </w:r>
      <w:r>
        <w:t>227.31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240.55 亿美元 / 206 国；2023 年 237.52 亿美元 / 210 国；2024 年 227.31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33.07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14.33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10.18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9.98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8.63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枣庄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