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淄博　｜　编号 ecom-ZB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淄博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