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青岛　｜　编号 ecom-QD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3 个（6109,6111,6704）</w:t>
      </w:r>
    </w:p>
    <w:p>
      <w:r>
        <w:rPr>
          <w:b/>
        </w:rPr>
        <w:t>最新年度中国出口额：</w:t>
      </w:r>
      <w:r>
        <w:t>126.12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145.51 亿美元 / 207 国；2023 年 125.49 亿美元 / 211 国；2024 年 126.12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19.54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10.88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5.11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4.92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4.69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4.38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青岛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