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电商与跨境 × 聊城　｜　编号 ecom-LC　｜　就绪分 41（C）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2</w:t>
      </w:r>
    </w:p>
    <w:p>
      <w:r>
        <w:rPr>
          <w:b/>
        </w:rPr>
        <w:t>产业带集群：</w:t>
      </w:r>
      <w:r>
        <w:t>3</w:t>
      </w:r>
    </w:p>
    <w:p>
      <w:r>
        <w:rPr>
          <w:b/>
        </w:rPr>
        <w:t>覆盖 HS4：</w:t>
      </w:r>
      <w:r>
        <w:t>2 个（6204,6704）</w:t>
      </w:r>
    </w:p>
    <w:p>
      <w:r>
        <w:rPr>
          <w:b/>
        </w:rPr>
        <w:t>最新年度中国出口额：</w:t>
      </w:r>
      <w:r>
        <w:t>227.31 亿美元（全国口径，非本市出口）</w:t>
      </w:r>
    </w:p>
    <w:p>
      <w:r>
        <w:rPr>
          <w:b/>
        </w:rPr>
        <w:t>贸易伙伴国别：</w:t>
      </w:r>
      <w:r>
        <w:t>205</w:t>
      </w:r>
    </w:p>
    <w:p>
      <w:r>
        <w:t>三年趋势：2022 年 240.55 亿美元 / 206 国；2023 年 237.52 亿美元 / 210 国；2024 年 227.31 亿美元 / 205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33.07</w:t>
            </w:r>
          </w:p>
        </w:tc>
      </w:tr>
      <w:tr>
        <w:tc>
          <w:tcPr>
            <w:tcW w:type="dxa" w:w="3135"/>
          </w:tcPr>
          <w:p>
            <w:r>
              <w:t>KOR</w:t>
            </w:r>
          </w:p>
        </w:tc>
        <w:tc>
          <w:tcPr>
            <w:tcW w:type="dxa" w:w="3135"/>
          </w:tcPr>
          <w:p>
            <w:r>
              <w:t>Rep. of Korea</w:t>
            </w:r>
          </w:p>
        </w:tc>
        <w:tc>
          <w:tcPr>
            <w:tcW w:type="dxa" w:w="3135"/>
          </w:tcPr>
          <w:p>
            <w:r>
              <w:t>16.78</w:t>
            </w:r>
          </w:p>
        </w:tc>
      </w:tr>
      <w:tr>
        <w:tc>
          <w:tcPr>
            <w:tcW w:type="dxa" w:w="3135"/>
          </w:tcPr>
          <w:p>
            <w:r>
              <w:t>JPN</w:t>
            </w:r>
          </w:p>
        </w:tc>
        <w:tc>
          <w:tcPr>
            <w:tcW w:type="dxa" w:w="3135"/>
          </w:tcPr>
          <w:p>
            <w:r>
              <w:t>Japan</w:t>
            </w:r>
          </w:p>
        </w:tc>
        <w:tc>
          <w:tcPr>
            <w:tcW w:type="dxa" w:w="3135"/>
          </w:tcPr>
          <w:p>
            <w:r>
              <w:t>14.33</w:t>
            </w:r>
          </w:p>
        </w:tc>
      </w:tr>
      <w:tr>
        <w:tc>
          <w:tcPr>
            <w:tcW w:type="dxa" w:w="3135"/>
          </w:tcPr>
          <w:p>
            <w:r>
              <w:t>DEU</w:t>
            </w:r>
          </w:p>
        </w:tc>
        <w:tc>
          <w:tcPr>
            <w:tcW w:type="dxa" w:w="3135"/>
          </w:tcPr>
          <w:p>
            <w:r>
              <w:t>Germany</w:t>
            </w:r>
          </w:p>
        </w:tc>
        <w:tc>
          <w:tcPr>
            <w:tcW w:type="dxa" w:w="3135"/>
          </w:tcPr>
          <w:p>
            <w:r>
              <w:t>10.18</w:t>
            </w:r>
          </w:p>
        </w:tc>
      </w:tr>
      <w:tr>
        <w:tc>
          <w:tcPr>
            <w:tcW w:type="dxa" w:w="3135"/>
          </w:tcPr>
          <w:p>
            <w:r>
              <w:t>AUS</w:t>
            </w:r>
          </w:p>
        </w:tc>
        <w:tc>
          <w:tcPr>
            <w:tcW w:type="dxa" w:w="3135"/>
          </w:tcPr>
          <w:p>
            <w:r>
              <w:t>Australia</w:t>
            </w:r>
          </w:p>
        </w:tc>
        <w:tc>
          <w:tcPr>
            <w:tcW w:type="dxa" w:w="3135"/>
          </w:tcPr>
          <w:p>
            <w:r>
              <w:t>9.98</w:t>
            </w:r>
          </w:p>
        </w:tc>
      </w:tr>
      <w:tr>
        <w:tc>
          <w:tcPr>
            <w:tcW w:type="dxa" w:w="3135"/>
          </w:tcPr>
          <w:p>
            <w:r>
              <w:t>FRA</w:t>
            </w:r>
          </w:p>
        </w:tc>
        <w:tc>
          <w:tcPr>
            <w:tcW w:type="dxa" w:w="3135"/>
          </w:tcPr>
          <w:p>
            <w:r>
              <w:t>France</w:t>
            </w:r>
          </w:p>
        </w:tc>
        <w:tc>
          <w:tcPr>
            <w:tcW w:type="dxa" w:w="3135"/>
          </w:tcPr>
          <w:p>
            <w:r>
              <w:t>8.63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0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山东的跨境电商不是「卖货」单点，而是「产业带 + 海外仓 + 直播」的组合。临沂、青岛、威海三个综试区的政策工具不同，用法也不同。</w:t>
      </w:r>
    </w:p>
    <w:p>
      <w:r>
        <w:t>· 中国国际贸易促进委员会聊城市委员会（原产地证签发、境外展会与客商对接）</w:t>
      </w:r>
    </w:p>
    <w:p>
      <w:r>
        <w:t>· 聊城市商务局（外贸科：本地出口企业组织与政策兑现）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《电商与跨境 × 聊城 出海作战包》PDF/Word（数据底座 + 市场画像 + 准入要点）</w:t>
      </w:r>
    </w:p>
    <w:p>
      <w:r>
        <w:t>2. 该 HS 组合三年双边贸易流明细（2 个 HS4 / 最新年度 2024）</w:t>
      </w:r>
    </w:p>
    <w:p>
      <w:r>
        <w:t>3. 目的国 TOP 采购方与在采需求清单（当前在采 0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