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电商与跨境 × 济南　｜　编号 ecom-JN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山东的跨境电商不是「卖货」单点，而是「产业带 + 海外仓 + 直播」的组合。临沂、青岛、威海三个综试区的政策工具不同，用法也不同。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《电商与跨境 × 济南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