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菏泽　｜　编号 ecom-HZ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个（6204）</w:t>
      </w:r>
    </w:p>
    <w:p>
      <w:r>
        <w:rPr>
          <w:b/>
        </w:rPr>
        <w:t>最新年度中国出口额：</w:t>
      </w:r>
      <w:r>
        <w:t>205.75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214.37 亿美元 / 205 国；2023 年 215.10 亿美元 / 203 国；2024 年 205.75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23.81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16.49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13.70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9.71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9.67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8.31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菏泽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