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电商与跨境 × 东营　｜　编号 ecom-DY　｜　就绪分 41（C）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2 个（6204,6704）</w:t>
      </w:r>
    </w:p>
    <w:p>
      <w:r>
        <w:rPr>
          <w:b/>
        </w:rPr>
        <w:t>最新年度中国出口额：</w:t>
      </w:r>
      <w:r>
        <w:t>227.31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240.55 亿美元 / 206 国；2023 年 237.52 亿美元 / 210 国；2024 年 227.31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33.07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16.78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14.33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10.18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9.98</w:t>
            </w:r>
          </w:p>
        </w:tc>
      </w:tr>
      <w:tr>
        <w:tc>
          <w:tcPr>
            <w:tcW w:type="dxa" w:w="3135"/>
          </w:tcPr>
          <w:p>
            <w:r>
              <w:t>FRA</w:t>
            </w:r>
          </w:p>
        </w:tc>
        <w:tc>
          <w:tcPr>
            <w:tcW w:type="dxa" w:w="3135"/>
          </w:tcPr>
          <w:p>
            <w:r>
              <w:t>France</w:t>
            </w:r>
          </w:p>
        </w:tc>
        <w:tc>
          <w:tcPr>
            <w:tcW w:type="dxa" w:w="3135"/>
          </w:tcPr>
          <w:p>
            <w:r>
              <w:t>8.63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山东的跨境电商不是「卖货」单点，而是「产业带 + 海外仓 + 直播」的组合。临沂、青岛、威海三个综试区的政策工具不同，用法也不同。</w:t>
      </w:r>
    </w:p>
    <w:p>
      <w:r>
        <w:t>· 中国国际贸易促进委员会东营市委员会（原产地证签发、境外展会与客商对接）</w:t>
      </w:r>
    </w:p>
    <w:p>
      <w:r>
        <w:t>· 东营市商务局（外贸科：本地出口企业组织与政策兑现）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《电商与跨境 × 东营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