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日用消费品 × 枣庄　｜　编号 daily-ZZ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个（4602,6109,6302,6403,6504,7323,8419）</w:t>
      </w:r>
    </w:p>
    <w:p>
      <w:r>
        <w:rPr>
          <w:b/>
        </w:rPr>
        <w:t>最新年度中国出口额：</w:t>
      </w:r>
      <w:r>
        <w:t>487.94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510.55 亿美元 / 208 国；2023 年 465.22 亿美元 / 209 国；2024 年 487.94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100.46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25.60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21.48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20.87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15.97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15.35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28 条（status≠closed）</w:t>
      </w:r>
    </w:p>
    <w:p>
      <w:r>
        <w:rPr>
          <w:b/>
        </w:rPr>
        <w:t>exact/near 撮合：</w:t>
      </w:r>
      <w:r>
        <w:t>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日用消费品是山东最「接地气」的出口板块：塑料制品、玻璃器皿、清洁用品、纸品、小家电、劳保用品，单价低但复购高，适合做渠道而不是做单。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《日用消费品 × 枣庄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28 条）</w:t>
      </w:r>
    </w:p>
    <w:p>
      <w:r>
        <w:t>4. 撮合记录与对接建议（exact/near 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