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日用消费品 × 淄博　｜　编号 daily-ZB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3 个（6109,7013,8516）</w:t>
      </w:r>
    </w:p>
    <w:p>
      <w:r>
        <w:rPr>
          <w:b/>
        </w:rPr>
        <w:t>最新年度中国出口额：</w:t>
      </w:r>
      <w:r>
        <w:t>465.19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450.53 亿美元 / 208 国；2023 年 426.74 亿美元 / 206 国；2024 年 465.19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86.22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25.99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25.67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18.63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17.80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16.83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28 条（status≠closed）</w:t>
      </w:r>
    </w:p>
    <w:p>
      <w:r>
        <w:rPr>
          <w:b/>
        </w:rPr>
        <w:t>exact/near 撮合：</w:t>
      </w:r>
      <w:r>
        <w:t>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日用消费品是山东最「接地气」的出口板块：塑料制品、玻璃器皿、清洁用品、纸品、小家电、劳保用品，单价低但复购高，适合做渠道而不是做单。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《日用消费品 × 淄博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28 条）</w:t>
      </w:r>
    </w:p>
    <w:p>
      <w:r>
        <w:t>4. 撮合记录与对接建议（exact/near 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