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日用消费品 × 威海　｜　编号 daily-WH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3 个（5804,6302,9507）</w:t>
      </w:r>
    </w:p>
    <w:p>
      <w:r>
        <w:rPr>
          <w:b/>
        </w:rPr>
        <w:t>最新年度中国出口额：</w:t>
      </w:r>
      <w:r>
        <w:t>105.50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112.99 亿美元 / 207 国；2023 年 102.56 亿美元 / 205 国；2024 年 105.50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27.58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9.00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4.14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3.12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3.06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3.00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27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日用消费品是山东最「接地气」的出口板块：塑料制品、玻璃器皿、清洁用品、纸品、小家电、劳保用品，单价低但复购高，适合做渠道而不是做单。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《日用消费品 × 威海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27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