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青岛　｜　编号 daily-QD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7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8 个（4602,6109,6403,6504,6704,8205,8516,9507）</w:t>
      </w:r>
    </w:p>
    <w:p>
      <w:r>
        <w:rPr>
          <w:b/>
        </w:rPr>
        <w:t>最新年度中国出口额：</w:t>
      </w:r>
      <w:r>
        <w:t>604.24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636.52 亿美元 / 208 国；2023 年 578.24 亿美元 / 213 国；2024 年 604.24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125.47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34.92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30.18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26.85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25.40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22.19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31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青岛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31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