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临沂　｜　编号 daily-LY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个（4602,6403,8205,8516）</w:t>
      </w:r>
    </w:p>
    <w:p>
      <w:r>
        <w:rPr>
          <w:b/>
        </w:rPr>
        <w:t>最新年度中国出口额：</w:t>
      </w:r>
      <w:r>
        <w:t>474.70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488.76 亿美元 / 206 国；2023 年 451.17 亿美元 / 209 国；2024 年 474.70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103.96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30.49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24.44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21.16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18.57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18.28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30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临沂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30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