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济宁　｜　编号 daily-JNG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个（6302）</w:t>
      </w:r>
    </w:p>
    <w:p>
      <w:r>
        <w:rPr>
          <w:b/>
        </w:rPr>
        <w:t>最新年度中国出口额：</w:t>
      </w:r>
      <w:r>
        <w:t>78.99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80.05 亿美元 / 207 国；2023 年 77.99 亿美元 / 204 国；2024 年 78.99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22.10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7.01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3.58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2.55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2.50</w:t>
            </w:r>
          </w:p>
        </w:tc>
      </w:tr>
      <w:tr>
        <w:tc>
          <w:tcPr>
            <w:tcW w:type="dxa" w:w="3135"/>
          </w:tcPr>
          <w:p>
            <w:r>
              <w:t>KGZ</w:t>
            </w:r>
          </w:p>
        </w:tc>
        <w:tc>
          <w:tcPr>
            <w:tcW w:type="dxa" w:w="3135"/>
          </w:tcPr>
          <w:p>
            <w:r>
              <w:t>Kyrgyzstan</w:t>
            </w:r>
          </w:p>
        </w:tc>
        <w:tc>
          <w:tcPr>
            <w:tcW w:type="dxa" w:w="3135"/>
          </w:tcPr>
          <w:p>
            <w:r>
              <w:t>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济宁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27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