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德州　｜　编号 daily-DZ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个（5205,7013）</w:t>
      </w:r>
    </w:p>
    <w:p>
      <w:r>
        <w:rPr>
          <w:b/>
        </w:rPr>
        <w:t>最新年度中国出口额：</w:t>
      </w:r>
      <w:r>
        <w:t>58.71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53.80 亿美元 / 203 国；2023 年 47.39 亿美元 / 204 国；2024 年 58.71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2.92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2.11</w:t>
            </w:r>
          </w:p>
        </w:tc>
      </w:tr>
      <w:tr>
        <w:tc>
          <w:tcPr>
            <w:tcW w:type="dxa" w:w="3135"/>
          </w:tcPr>
          <w:p>
            <w:r>
              <w:t>PAK</w:t>
            </w:r>
          </w:p>
        </w:tc>
        <w:tc>
          <w:tcPr>
            <w:tcW w:type="dxa" w:w="3135"/>
          </w:tcPr>
          <w:p>
            <w:r>
              <w:t>Pakistan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1.94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德州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