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东营　｜　编号 daily-DY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个（4602,6109,6302,6403,6504,7323,8419）</w:t>
      </w:r>
    </w:p>
    <w:p>
      <w:r>
        <w:rPr>
          <w:b/>
        </w:rPr>
        <w:t>最新年度中国出口额：</w:t>
      </w:r>
      <w:r>
        <w:t>487.94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510.55 亿美元 / 208 国；2023 年 465.22 亿美元 / 209 国；2024 年 487.94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100.46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25.60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21.48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20.87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15.97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15.35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东营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