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滨州　｜　编号 daily-BZ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个（5205,6109,6302,7323,8419）</w:t>
      </w:r>
    </w:p>
    <w:p>
      <w:r>
        <w:rPr>
          <w:b/>
        </w:rPr>
        <w:t>最新年度中国出口额：</w:t>
      </w:r>
      <w:r>
        <w:t>384.26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377.17 亿美元 / 208 国；2023 年 354.27 亿美元 / 206 国；2024 年 384.26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73.28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14.14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12.81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12.35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11.51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滨州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