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文化旅游 × 烟台　｜　编号 culture-YT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 个（5810）</w:t>
      </w:r>
    </w:p>
    <w:p>
      <w:r>
        <w:rPr>
          <w:b/>
        </w:rPr>
        <w:t>最新年度中国出口额：</w:t>
      </w:r>
      <w:r>
        <w:t>9.33 亿美元（全国口径，非本市出口）</w:t>
      </w:r>
    </w:p>
    <w:p>
      <w:r>
        <w:rPr>
          <w:b/>
        </w:rPr>
        <w:t>贸易伙伴国别：</w:t>
      </w:r>
      <w:r>
        <w:t>181</w:t>
      </w:r>
    </w:p>
    <w:p>
      <w:r>
        <w:t>三年趋势：2022 年 6.66 亿美元 / 177 国；2023 年 7.32 亿美元 / 176 国；2024 年 9.33 亿美元 / 181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0.70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0.67</w:t>
            </w:r>
          </w:p>
        </w:tc>
      </w:tr>
      <w:tr>
        <w:tc>
          <w:tcPr>
            <w:tcW w:type="dxa" w:w="3135"/>
          </w:tcPr>
          <w:p>
            <w:r>
              <w:t>IRQ</w:t>
            </w:r>
          </w:p>
        </w:tc>
        <w:tc>
          <w:tcPr>
            <w:tcW w:type="dxa" w:w="3135"/>
          </w:tcPr>
          <w:p>
            <w:r>
              <w:t>Iraq</w:t>
            </w:r>
          </w:p>
        </w:tc>
        <w:tc>
          <w:tcPr>
            <w:tcW w:type="dxa" w:w="3135"/>
          </w:tcPr>
          <w:p>
            <w:r>
              <w:t>0.52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0.47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0.46</w:t>
            </w:r>
          </w:p>
        </w:tc>
      </w:tr>
      <w:tr>
        <w:tc>
          <w:tcPr>
            <w:tcW w:type="dxa" w:w="3135"/>
          </w:tcPr>
          <w:p>
            <w:r>
              <w:t>MAR</w:t>
            </w:r>
          </w:p>
        </w:tc>
        <w:tc>
          <w:tcPr>
            <w:tcW w:type="dxa" w:w="3135"/>
          </w:tcPr>
          <w:p>
            <w:r>
              <w:t>Morocco</w:t>
            </w:r>
          </w:p>
        </w:tc>
        <w:tc>
          <w:tcPr>
            <w:tcW w:type="dxa" w:w="3135"/>
          </w:tcPr>
          <w:p>
            <w:r>
              <w:t>0.44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山东的文旅资源是「一山一水一圣人」的骨架：泰山、黄河、曲阜三孔，加上蓬莱、崂山、台儿庄、沂蒙。岱宗做文旅不是做旅行社，而是做「资源方与海外渠道的对接」。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《文化旅游 × 烟台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