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泰安　｜　编号 culture-TA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泰安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