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德州　｜　编号 culture-DZ　｜　就绪分 8（C）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德州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