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化工与新材料 × 烟台　｜　编号 chemical-YT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个（3208,3909）</w:t>
      </w:r>
    </w:p>
    <w:p>
      <w:r>
        <w:rPr>
          <w:b/>
        </w:rPr>
        <w:t>最新年度中国出口额：</w:t>
      </w:r>
      <w:r>
        <w:t>44.42 亿美元（全国口径，非本市出口）</w:t>
      </w:r>
    </w:p>
    <w:p>
      <w:r>
        <w:rPr>
          <w:b/>
        </w:rPr>
        <w:t>贸易伙伴国别：</w:t>
      </w:r>
      <w:r>
        <w:t>190</w:t>
      </w:r>
    </w:p>
    <w:p>
      <w:r>
        <w:t>三年趋势：2022 年 46.62 亿美元 / 192 国；2023 年 42.08 亿美元 / 195 国；2024 年 44.42 亿美元 / 190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4.05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3.81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3.73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2.58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2.16</w:t>
            </w:r>
          </w:p>
        </w:tc>
      </w:tr>
      <w:tr>
        <w:tc>
          <w:tcPr>
            <w:tcW w:type="dxa" w:w="3135"/>
          </w:tcPr>
          <w:p>
            <w:r>
              <w:t>CAN</w:t>
            </w:r>
          </w:p>
        </w:tc>
        <w:tc>
          <w:tcPr>
            <w:tcW w:type="dxa" w:w="3135"/>
          </w:tcPr>
          <w:p>
            <w:r>
              <w:t>Canada</w:t>
            </w:r>
          </w:p>
        </w:tc>
        <w:tc>
          <w:tcPr>
            <w:tcW w:type="dxa" w:w="3135"/>
          </w:tcPr>
          <w:p>
            <w:r>
              <w:t>1.95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山东化工是「油头化尾」的典型：齐鲁石化、万华、东岳等龙头带动，从基础原料到聚氨酯、氟硅材料、膜材料都有配套。出口以中间体和材料为主，危化品受严格管制。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《化工与新材料 × 烟台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7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