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潍坊　｜　编号 chemical-WF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12 个（2501,2801,2803,2836,2942,3102,3105,3208,3808,3910,3917,4016）</w:t>
      </w:r>
    </w:p>
    <w:p>
      <w:r>
        <w:rPr>
          <w:b/>
        </w:rPr>
        <w:t>最新年度中国出口额：</w:t>
      </w:r>
      <w:r>
        <w:t>334.00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416.64 亿美元 / 208 国；2023 年 335.98 亿美元 / 211 国；2024 年 334.00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42.21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18.55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18.30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17.69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16.80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14.64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潍坊 出海作战包》PDF/Word（数据底座 + 市场画像 + 准入要点）</w:t>
      </w:r>
    </w:p>
    <w:p>
      <w:r>
        <w:t>2. 该 HS 组合三年双边贸易流明细（12 个 HS4 / 最新年度 2024）</w:t>
      </w:r>
    </w:p>
    <w:p>
      <w:r>
        <w:t>3. 目的国 TOP 采购方与在采需求清单（当前在采 8 条）</w:t>
      </w:r>
    </w:p>
    <w:p>
      <w:r>
        <w:t>4. 撮合记录与对接建议（exact/near 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