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化工与新材料 × 青岛　｜　编号 chemical-QD　｜　就绪分 85（A）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4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4 个（3208,3917,4011,4016）</w:t>
      </w:r>
    </w:p>
    <w:p>
      <w:r>
        <w:rPr>
          <w:b/>
        </w:rPr>
        <w:t>最新年度中国出口额：</w:t>
      </w:r>
      <w:r>
        <w:t>332.13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300.30 亿美元 / 208 国；2023 年 313.12 亿美元 / 213 国；2024 年 332.13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23.36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19.40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17.21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11.25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10.77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10.66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7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山东化工是「油头化尾」的典型：齐鲁石化、万华、东岳等龙头带动，从基础原料到聚氨酯、氟硅材料、膜材料都有配套。出口以中间体和材料为主，危化品受严格管制。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《化工与新材料 × 青岛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7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